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מערך סבב תחנות במסע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סבב התחנות ואת התפקידים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לוחות הזמנים של שיעור בודד ושיעור 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רמות הלמידה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בשיעור של 90 דקות יש שישה סבבים של 10 דקות 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שש התחנות מגיע אתגר הדרקון על הלוח.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(מפעיל/ה את המסך או מחזיק/ה את הכרטיסיות)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(מקריא/ה את השאלה בקול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(בודק/ת את התשובה ומסביר/ה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(מודיע/ה כשנשארו 2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השלבים בשיעור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מציגים את מפת המסע ומחלקים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 ראשון - 11 דקות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החלפה - מילוי דרכון ומעבר לתחנה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סבב שני וסבב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הדרקון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לציין תפקיד אחד מהרשימה ולנמק בהתאם לתכונה אישית, למשל אחריות או קול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בודק/ת את התשובה ומסביר/ה מדוע היא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רמת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תחילת סבב התחנות בפועל, כדי שהתלמידים יבינו את החוקים.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תפקידים בכיתה לפני מילוי חלק ההתאמה, כך שההבנה תהיה מבוססת ניסיון.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לחנ"מ אפשר להשמיט את פריטי ה'skip_n' ולהשאיר רק את השאלות הבסיסיות.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מערך סבב תחנות במסע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במסע הלשון של כיתה ו׳ עובדים בקבוצות קטנות שעוברות בין שש תחנות לתרגול מיומנויות לשון. בדף הזה נתרגל את ההבנה של אופן ההפעלה של הסבב.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הדרקון  ·  קורא/ת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במסלול מסע הלשון?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בשיעור של 45 דקות, כמה תחנות עוברים?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תפקיד מקריא את השאלה בקול 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נווט/ת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בודק/ת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כפול עוברים על כל שש התחנות.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האתגר המסכם, הדרקון, מתקיים בסוף השיעור הכפול.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נווט/ת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בודק/ת את התשובה ומסביר/ה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מפעיל/ה את המסך או מחזיק/ה את הכרטיסיות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מודיע/ה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מקריא/ה את השאלה בקול רם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השלבים בשיעור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החלפה - מילוי דרכון ומעבר לתחנה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סבב שני וסבב שלישי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מציגים את מפת המסע ומחלקים לקבוצות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סבב ראשון - 11 דקות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 קבוצה יש תפקיד של __________, שמקריא את השאלה בקול רם.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האתגר המסכם בשיעור הכפול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תפקיד היית בוחר/ת לעצמך בקבוצה? נמקו בשתי שורות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בסבב המלא?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ה'בודק/ת'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מערך סבב תחנות במסע הלשון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