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מערך סבב תחנות במסע הלשון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סבב התחנות ואת התפקידים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לוחות הזמנים של שיעור בודד ושיעור כפול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רמות הלמידה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קורא/ת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ממלא/ת את דרכון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רמת נבט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בשיעור של 90 דקות יש שישה סבבים של 10 דקות כל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בשיעור הכפול כל תחנה נמשכת 10 דקות.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אחרי שש התחנות מגיע אתגר הדרקון על הלוח.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בגרסה המודפסת יש 8 כרטיסיות לסבב.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תפקידו של הבודק בקבוצה.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(מפעיל/ה את המסך או מחזיק/ה את הכרטיסיות)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(מקריא/ה את השאלה בקול רם)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(בודק/ת את התשובה ומסביר/ה 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(מודיע/ה כשנשארו 2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(ממלא/ת את דרכון הקבוצה)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השלבים בשיעור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מציגים את מפת המסע ומחלקים לקבוצות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סבב ראשון - 11 דקות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החלפה - מילוי דרכון ומעבר לתחנה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סבב שני וסבב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סיכום - שיתוף מילה אחת שלמדנו וכרטיס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הדרקון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מסלול הניבים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לציין תפקיד אחד מהרשימה ולנמק בהתאם לתכונה אישית, למשל אחריות או קול ברור.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מילה רלוונטית לתחנות הלשון (למשל ניב, מילת קישור) עם הסבר קצר ונכון.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בודק/ת את התשובה ומסביר/ה מדוע היא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רמת אלופים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כהכנה לפני תחילת סבב התחנות בפועל, כדי שהתלמידים יבינו את החוקים.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תפקידים בכיתה לפני מילוי חלק ההתאמה, כך שההבנה תהיה מבוססת ניסיון.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לחנ"מ אפשר להשמיט את פריטי ה'skip_n' ולהשאיר רק את השאלות הבסיסיות.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מערך סבב תחנות במסע הלשון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בכיתה יש שש תחנות ללמידה. קבוצות קטנות עוברות מתחנה לתחנה. בדף הזה נבדוק אם הבנתם איך זה עובד.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עבודה עם משימה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המעבר של קבוצה מתחנה לתחנה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דרכון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רושמים התקדמות בתחנות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רמת נבט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רמה קלה יותר, לחיזוק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רמת אלופים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רמה מתקדמת וקשה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קצר שממלאים בסוף השיעור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נווט/ת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שמפעיל/ה את המסך או הכרטיסיות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רושם/ת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שממלא/ת את הדרכון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יש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תחנות בשיעור 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דקות בכל תחנה בשיעור הארוך?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מקריא את השאלות?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נווט/ת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בודק/ת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רושם/ת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 הרושם?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שומר/ת על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ממלא/ת את דרכון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מקריא/ה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מפעיל/ה את המסך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רמה היא הקלה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רמת אלופים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רמת נבט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רמת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רמת חנ"מ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כפול עוברים על כל שש התחנות.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תחנה בשיעור הכפול יש 15 דקות 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האתגר המסכם, הדרקון, מתקיים בסוף השיעור הכפול.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בגרסה המודפסת יש 10 כרטיסיות לכל סבב.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הבודק/ת בודק/ת את התשובה ומסביר/ה למה היא נכונה.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נווט/ת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מקריא/ה את השאלה בקול רם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קורא/ת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מודיע/ה כשנשארו 2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בודק/ת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מפעיל/ה את המסך או מחזיק/ה את הכרטיסיות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שומר/ת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ממלא/ת את דרכון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רושם/ת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בודק/ת את התשובה ומסביר/ה 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השלבים בשיעור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סבב שני וסבב שלישי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החלפה - מילוי דרכון ומעבר לתחנה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- שיתוף מילה אחת שלמדנו וכרטיס יציאה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- מציגים את מפת המסע ומחלקים לקבוצות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סבב ראשון - 11 דקות בתחנה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קבוצה יש תפקיד של __________, שמקריא את השאלה בקול רם.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האתגר המסכם בשיעור הכפול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משחק התנועה שמתרגל פיסוק נקרא __________ קפוא.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התחנה המודפסת שיכולה להחליף את תחנת אוצר המילים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תפקיד היית בוחר/ת לעצמך בקבוצה? נמקו בשתי שורות 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מילה אחת שלמדתם מאחת התחנות והסבירו במשפט מה פירושה.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תחנות יש בסבב המלא?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ה'בודק/ת'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רמה כדאי לבחור אם רוצים אתגר גדול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מערך סבב תחנות במסע הלשון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