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מערך סבב תחנות במסע הלשון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סבב התחנות ואת התפקידים בקבוצה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את לוחות הזמנים של שיעור בודד ושיעור כפול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רמות הלמידה השונות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10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קורא/ת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ממלא/ת את דרכון הקבוצה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רמת נבט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בשיעור של 90 דקות יש שישה סבבים של 10 דקות כל אחד.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בשיעור הכפול כל תחנה נמשכת 10 דקות.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אחרי שש התחנות מגיע אתגר הדרקון על הלוח.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בגרסה המודפסת יש 8 כרטיסיות לסבב.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תפקידו של הבודק בקבוצה.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(מפעיל/ה את המסך או מחזיק/ה את הכרטיסיות)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(מקריא/ה את השאלה בקול רם)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(בודק/ת את התשובה ומסביר/ה למה)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(מודיע/ה כשנשארו 2 דקות)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(ממלא/ת את דרכון הקבוצה)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השלבים בשיעור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- מציגים את מפת המסע ומחלקים לקבוצות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סבב ראשון - 11 דקות בתחנה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החלפה - מילוי דרכון ומעבר לתחנה הבאה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סבב שני וסבב שלישי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סיכום - שיתוף מילה אחת שלמדנו וכרטיס יציאה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הדרקון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פיסוק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מסלול הניבים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יש לציין תפקיד אחד מהרשימה ולנמק בהתאם לתכונה אישית, למשל אחריות או קול ברור.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מילה רלוונטית לתחנות הלשון (למשל ניב, מילת קישור) עם הסבר קצר ונכון.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שש 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בודק/ת את התשובה ומסביר/ה מדוע היא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רמת אלופים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הדף כהכנה לפני תחילת סבב התחנות בפועל, כדי שהתלמידים יבינו את החוקים.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תפקידים בכיתה לפני מילוי חלק ההתאמה, כך שההבנה תהיה מבוססת ניסיון.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לחנ"מ אפשר להשמיט את פריטי ה'skip_n' ולהשאיר רק את השאלות הבסיסיות.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מערך סבב תחנות במסע הלשון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במסע הלשון של כיתה ו׳ עובדים בקבוצות קטנות שעוברות בין שש תחנות לתרגול מיומנויות לשון. בדף הזה נתרגל את ההבנה של אופן ההפעלה של הסבב.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תחנות יש במסלול מסע הלשון?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בשיעור של 45 דקות, כמה תחנות עוברים?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זמן נמשך כל סבב בשיעור הכפול (90 דקות)?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8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11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תפקיד מקריא את השאלה בקול רם?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נווט/ת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קורא/ת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בודק/ת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רושם/ת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תפקיד הרושם/ת בקבוצה?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שומר/ת על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ממלא/ת את דרכון הקבוצה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מקריא/ה שאלות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מפעיל/ה את המסך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רמה מתאימה לתלמידים שזקוקים לחיזוק?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רמת אלופים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רמת נבט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רמת עולים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רמת חנ"מ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בשיעור כפול עוברים על כל שש התחנות.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תחנה בשיעור הכפול יש 15 דקות עבודה.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האתגר המסכם, הדרקון, מתקיים בסוף השיעור הכפול.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בגרסה המודפסת יש 10 כרטיסיות לכל סבב.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הבודק/ת בודק/ת את התשובה ומסביר/ה למה היא נכונה.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תפקידים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נווט/ת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מקריא/ה את השאלה בקול רם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קורא/ת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מודיע/ה כשנשארו 2 דקות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בודק/ת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ממלא/ת את דרכון הקבוצה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שומר/ת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בודק/ת את התשובה ומסביר/ה למה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רושם/ת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מפעיל/ה את המסך או מחזיק/ה את הכרטיסיות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 השלבים בשיעור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החלפה - מילוי דרכון ומעבר לתחנה הבאה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 - מציגים את מפת המסע ומחלקים לקבוצות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סבב ראשון - 11 דקות בתחנה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סיכום - שיתוף מילה אחת שלמדנו וכרטיס יציאה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סבב שני וסבב שלישי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בכל קבוצה יש תפקיד של __________, שמקריא את השאלה בקול רם.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האתגר המסכם בשיעור הכפול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משחק התנועה שמתרגל פיסוק נקרא __________ קפוא.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התחנה המודפסת שיכולה להחליף את תחנת אוצר המילים נקראת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תפקיד היית בוחר/ת לעצמך בקבוצה? נמקו בשתי שורות מדוע.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מילה אחת שלמדתם מאחת התחנות והסבירו במשפט מה פירושה.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תחנות יש בסבב המלא?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תפקידו של ה'בודק/ת' בקבוצה?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רמה כדאי לבחור אם רוצים אתגר גדול יותר?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מערך סבב תחנות במסע הלשון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